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B88D6" w14:textId="43C7F170" w:rsidR="00E0099A" w:rsidRPr="001650CB" w:rsidRDefault="001650CB" w:rsidP="001650CB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1650CB">
        <w:rPr>
          <w:b/>
          <w:bCs/>
          <w:sz w:val="24"/>
          <w:szCs w:val="24"/>
        </w:rPr>
        <w:t>CV FORM</w:t>
      </w:r>
    </w:p>
    <w:p w14:paraId="5F8D40B3" w14:textId="092E32BA" w:rsidR="00E0099A" w:rsidRPr="001650CB" w:rsidRDefault="001650CB" w:rsidP="001650CB">
      <w:pPr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1650CB">
        <w:rPr>
          <w:rFonts w:asciiTheme="majorHAnsi" w:hAnsiTheme="majorHAnsi" w:cstheme="majorHAnsi"/>
          <w:b/>
          <w:bCs/>
          <w:sz w:val="20"/>
          <w:szCs w:val="20"/>
        </w:rPr>
        <w:t>1. PERSONAL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8"/>
        <w:gridCol w:w="5812"/>
      </w:tblGrid>
      <w:tr w:rsidR="00D2562B" w:rsidRPr="001650CB" w14:paraId="17E5DC38" w14:textId="77777777" w:rsidTr="001650CB">
        <w:tc>
          <w:tcPr>
            <w:tcW w:w="4428" w:type="dxa"/>
          </w:tcPr>
          <w:p w14:paraId="486F31A6" w14:textId="2542E44A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Full Name:</w:t>
            </w:r>
          </w:p>
        </w:tc>
        <w:tc>
          <w:tcPr>
            <w:tcW w:w="6120" w:type="dxa"/>
          </w:tcPr>
          <w:p w14:paraId="6CD08E09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0A6CC0A3" w14:textId="77777777" w:rsidTr="001650CB">
        <w:tc>
          <w:tcPr>
            <w:tcW w:w="4428" w:type="dxa"/>
          </w:tcPr>
          <w:p w14:paraId="683E0803" w14:textId="68D9EA9B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Date of Birth:</w:t>
            </w:r>
          </w:p>
        </w:tc>
        <w:tc>
          <w:tcPr>
            <w:tcW w:w="6120" w:type="dxa"/>
          </w:tcPr>
          <w:p w14:paraId="2EC659B8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2AAE592E" w14:textId="77777777" w:rsidTr="001650CB">
        <w:tc>
          <w:tcPr>
            <w:tcW w:w="4428" w:type="dxa"/>
          </w:tcPr>
          <w:p w14:paraId="0926EA0F" w14:textId="793CDF35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Nationality:</w:t>
            </w:r>
          </w:p>
        </w:tc>
        <w:tc>
          <w:tcPr>
            <w:tcW w:w="6120" w:type="dxa"/>
          </w:tcPr>
          <w:p w14:paraId="34EE07CF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6698A02C" w14:textId="77777777" w:rsidTr="001650CB">
        <w:tc>
          <w:tcPr>
            <w:tcW w:w="4428" w:type="dxa"/>
          </w:tcPr>
          <w:p w14:paraId="7DA01066" w14:textId="31F8C6CF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Current Location (Country / City):</w:t>
            </w:r>
          </w:p>
        </w:tc>
        <w:tc>
          <w:tcPr>
            <w:tcW w:w="6120" w:type="dxa"/>
          </w:tcPr>
          <w:p w14:paraId="00A21F55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70B06CAE" w14:textId="77777777" w:rsidTr="001650CB">
        <w:tc>
          <w:tcPr>
            <w:tcW w:w="4428" w:type="dxa"/>
          </w:tcPr>
          <w:p w14:paraId="08459CD8" w14:textId="1B33D7EB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Phone:</w:t>
            </w:r>
          </w:p>
        </w:tc>
        <w:tc>
          <w:tcPr>
            <w:tcW w:w="6120" w:type="dxa"/>
          </w:tcPr>
          <w:p w14:paraId="719EB5C6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446755CF" w14:textId="77777777" w:rsidTr="001650CB">
        <w:tc>
          <w:tcPr>
            <w:tcW w:w="4428" w:type="dxa"/>
          </w:tcPr>
          <w:p w14:paraId="3B4643E0" w14:textId="5BA8853D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Email:</w:t>
            </w:r>
          </w:p>
        </w:tc>
        <w:tc>
          <w:tcPr>
            <w:tcW w:w="6120" w:type="dxa"/>
          </w:tcPr>
          <w:p w14:paraId="11A6BB2D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5C4E7D15" w14:textId="77777777" w:rsidTr="001650CB">
        <w:tc>
          <w:tcPr>
            <w:tcW w:w="4428" w:type="dxa"/>
          </w:tcPr>
          <w:p w14:paraId="5CC9E886" w14:textId="09D10034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Finnish Tax Number (if available):</w:t>
            </w:r>
          </w:p>
        </w:tc>
        <w:tc>
          <w:tcPr>
            <w:tcW w:w="6120" w:type="dxa"/>
          </w:tcPr>
          <w:p w14:paraId="48EA370B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7F2BC15E" w14:textId="77777777" w:rsidTr="001650CB">
        <w:tc>
          <w:tcPr>
            <w:tcW w:w="4428" w:type="dxa"/>
          </w:tcPr>
          <w:p w14:paraId="0A2A7AED" w14:textId="47BE096A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Finnish ID (if available):</w:t>
            </w:r>
          </w:p>
        </w:tc>
        <w:tc>
          <w:tcPr>
            <w:tcW w:w="6120" w:type="dxa"/>
          </w:tcPr>
          <w:p w14:paraId="1ABA7BCA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55D0BE84" w14:textId="3E958578" w:rsidR="00E0099A" w:rsidRPr="001650CB" w:rsidRDefault="001650CB" w:rsidP="001650CB">
      <w:pPr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1650CB">
        <w:rPr>
          <w:rFonts w:asciiTheme="majorHAnsi" w:hAnsiTheme="majorHAnsi" w:cstheme="majorHAnsi"/>
          <w:b/>
          <w:bCs/>
          <w:sz w:val="20"/>
          <w:szCs w:val="20"/>
        </w:rPr>
        <w:t xml:space="preserve">2. POSITION </w:t>
      </w:r>
      <w:r w:rsidR="00D2562B" w:rsidRPr="001650CB">
        <w:rPr>
          <w:rFonts w:asciiTheme="majorHAnsi" w:hAnsiTheme="majorHAnsi" w:cstheme="majorHAnsi"/>
          <w:b/>
          <w:bCs/>
          <w:sz w:val="20"/>
          <w:szCs w:val="20"/>
        </w:rPr>
        <w:t>WHERE YOU SKILLED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9"/>
        <w:gridCol w:w="5821"/>
      </w:tblGrid>
      <w:tr w:rsidR="00D2562B" w:rsidRPr="001650CB" w14:paraId="01C85382" w14:textId="77777777" w:rsidTr="001650CB">
        <w:tc>
          <w:tcPr>
            <w:tcW w:w="4428" w:type="dxa"/>
          </w:tcPr>
          <w:p w14:paraId="1267E7E7" w14:textId="77777777" w:rsidR="00D2562B" w:rsidRPr="001650CB" w:rsidRDefault="00D2562B" w:rsidP="001650CB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6120" w:type="dxa"/>
          </w:tcPr>
          <w:p w14:paraId="3738314E" w14:textId="77777777" w:rsidR="00D2562B" w:rsidRPr="001650CB" w:rsidRDefault="00D2562B" w:rsidP="001650CB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Yes / no</w:t>
            </w:r>
          </w:p>
        </w:tc>
      </w:tr>
      <w:tr w:rsidR="00D2562B" w:rsidRPr="001650CB" w14:paraId="37ADD49F" w14:textId="77777777" w:rsidTr="001650CB">
        <w:tc>
          <w:tcPr>
            <w:tcW w:w="4428" w:type="dxa"/>
          </w:tcPr>
          <w:p w14:paraId="7D38515A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HVAC Duct Installer</w:t>
            </w:r>
          </w:p>
        </w:tc>
        <w:tc>
          <w:tcPr>
            <w:tcW w:w="6120" w:type="dxa"/>
          </w:tcPr>
          <w:p w14:paraId="7495F390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1CB73C6B" w14:textId="77777777" w:rsidTr="001650CB">
        <w:tc>
          <w:tcPr>
            <w:tcW w:w="4428" w:type="dxa"/>
          </w:tcPr>
          <w:p w14:paraId="22C2B49A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Steel Outfitter (111)</w:t>
            </w:r>
          </w:p>
        </w:tc>
        <w:tc>
          <w:tcPr>
            <w:tcW w:w="6120" w:type="dxa"/>
          </w:tcPr>
          <w:p w14:paraId="22972D72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26ADECD6" w14:textId="77777777" w:rsidTr="001650CB">
        <w:tc>
          <w:tcPr>
            <w:tcW w:w="4428" w:type="dxa"/>
          </w:tcPr>
          <w:p w14:paraId="3C958BB8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MAG Welder (135)</w:t>
            </w:r>
          </w:p>
        </w:tc>
        <w:tc>
          <w:tcPr>
            <w:tcW w:w="6120" w:type="dxa"/>
          </w:tcPr>
          <w:p w14:paraId="501DEA2F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43644E30" w14:textId="77777777" w:rsidTr="001650CB">
        <w:tc>
          <w:tcPr>
            <w:tcW w:w="4428" w:type="dxa"/>
          </w:tcPr>
          <w:p w14:paraId="79638676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TIG Welder (141)</w:t>
            </w:r>
          </w:p>
        </w:tc>
        <w:tc>
          <w:tcPr>
            <w:tcW w:w="6120" w:type="dxa"/>
          </w:tcPr>
          <w:p w14:paraId="7A2A49F6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17AC6B58" w14:textId="77777777" w:rsidTr="001650CB">
        <w:tc>
          <w:tcPr>
            <w:tcW w:w="4428" w:type="dxa"/>
          </w:tcPr>
          <w:p w14:paraId="7A186FF6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Pipefitter</w:t>
            </w:r>
          </w:p>
        </w:tc>
        <w:tc>
          <w:tcPr>
            <w:tcW w:w="6120" w:type="dxa"/>
          </w:tcPr>
          <w:p w14:paraId="168C191F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678401CD" w14:textId="77777777" w:rsidTr="001650CB">
        <w:tc>
          <w:tcPr>
            <w:tcW w:w="4428" w:type="dxa"/>
          </w:tcPr>
          <w:p w14:paraId="4C9EC178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Interior Installer</w:t>
            </w:r>
          </w:p>
        </w:tc>
        <w:tc>
          <w:tcPr>
            <w:tcW w:w="6120" w:type="dxa"/>
          </w:tcPr>
          <w:p w14:paraId="017102C5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532416F9" w14:textId="77777777" w:rsidTr="001650CB">
        <w:tc>
          <w:tcPr>
            <w:tcW w:w="4428" w:type="dxa"/>
          </w:tcPr>
          <w:p w14:paraId="4E460531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Supervisor</w:t>
            </w:r>
          </w:p>
        </w:tc>
        <w:tc>
          <w:tcPr>
            <w:tcW w:w="6120" w:type="dxa"/>
          </w:tcPr>
          <w:p w14:paraId="6F42076F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0F8B1DFD" w14:textId="77777777" w:rsidTr="001650CB">
        <w:tc>
          <w:tcPr>
            <w:tcW w:w="4428" w:type="dxa"/>
          </w:tcPr>
          <w:p w14:paraId="2A922CCB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Site Manager</w:t>
            </w:r>
          </w:p>
        </w:tc>
        <w:tc>
          <w:tcPr>
            <w:tcW w:w="6120" w:type="dxa"/>
          </w:tcPr>
          <w:p w14:paraId="44CD3586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2B91B4C" w14:textId="09312CEF" w:rsidR="00E0099A" w:rsidRPr="001650CB" w:rsidRDefault="001650CB" w:rsidP="001650CB">
      <w:pPr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1650CB">
        <w:rPr>
          <w:rFonts w:asciiTheme="majorHAnsi" w:hAnsiTheme="majorHAnsi" w:cstheme="majorHAnsi"/>
          <w:b/>
          <w:bCs/>
          <w:sz w:val="20"/>
          <w:szCs w:val="20"/>
        </w:rPr>
        <w:t>3. SHIPBUILDING EXPERIENCE (Short Summary)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9"/>
        <w:gridCol w:w="5821"/>
      </w:tblGrid>
      <w:tr w:rsidR="00D2562B" w:rsidRPr="001650CB" w14:paraId="1A36021C" w14:textId="77777777" w:rsidTr="001650CB">
        <w:tc>
          <w:tcPr>
            <w:tcW w:w="4428" w:type="dxa"/>
          </w:tcPr>
          <w:p w14:paraId="2EAE0C61" w14:textId="6D5B31EE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Years in shipbuilding:</w:t>
            </w:r>
          </w:p>
        </w:tc>
        <w:tc>
          <w:tcPr>
            <w:tcW w:w="6120" w:type="dxa"/>
          </w:tcPr>
          <w:p w14:paraId="661DA453" w14:textId="3560FFEF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______ years</w:t>
            </w:r>
          </w:p>
        </w:tc>
      </w:tr>
      <w:tr w:rsidR="00D2562B" w:rsidRPr="001650CB" w14:paraId="1A6DBE4E" w14:textId="77777777" w:rsidTr="001650CB">
        <w:tc>
          <w:tcPr>
            <w:tcW w:w="4428" w:type="dxa"/>
          </w:tcPr>
          <w:p w14:paraId="5CC2A505" w14:textId="1273F2EC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Countries worked in:</w:t>
            </w:r>
          </w:p>
        </w:tc>
        <w:tc>
          <w:tcPr>
            <w:tcW w:w="6120" w:type="dxa"/>
          </w:tcPr>
          <w:p w14:paraId="32419E96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52BFE228" w14:textId="77777777" w:rsidTr="001650CB">
        <w:tc>
          <w:tcPr>
            <w:tcW w:w="4428" w:type="dxa"/>
          </w:tcPr>
          <w:p w14:paraId="7F2A79B1" w14:textId="462A1C14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Type of ships (navy / cruise / ferry / offshore / cargo):</w:t>
            </w:r>
          </w:p>
        </w:tc>
        <w:tc>
          <w:tcPr>
            <w:tcW w:w="6120" w:type="dxa"/>
          </w:tcPr>
          <w:p w14:paraId="1B8B86D2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73FCB323" w14:textId="77777777" w:rsidTr="001650CB">
        <w:tc>
          <w:tcPr>
            <w:tcW w:w="4428" w:type="dxa"/>
          </w:tcPr>
          <w:p w14:paraId="2653F764" w14:textId="57DCA170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Main areas worked in (AC rooms, engine room, cabins, deck, blocks, etc.):</w:t>
            </w:r>
          </w:p>
        </w:tc>
        <w:tc>
          <w:tcPr>
            <w:tcW w:w="6120" w:type="dxa"/>
          </w:tcPr>
          <w:p w14:paraId="7E468F84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2562B" w:rsidRPr="001650CB" w14:paraId="4D697D8E" w14:textId="77777777" w:rsidTr="001650CB">
        <w:tc>
          <w:tcPr>
            <w:tcW w:w="4428" w:type="dxa"/>
          </w:tcPr>
          <w:p w14:paraId="40712D0B" w14:textId="2355E696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Main work type (HVAC / piping / welding 111 / 135 / 141 / steel / interior):</w:t>
            </w:r>
          </w:p>
        </w:tc>
        <w:tc>
          <w:tcPr>
            <w:tcW w:w="6120" w:type="dxa"/>
          </w:tcPr>
          <w:p w14:paraId="50D9C50E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3C19806" w14:textId="33DEE62D" w:rsidR="00E0099A" w:rsidRPr="001650CB" w:rsidRDefault="001650CB" w:rsidP="001650CB">
      <w:pPr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1650CB">
        <w:rPr>
          <w:rFonts w:asciiTheme="majorHAnsi" w:hAnsiTheme="majorHAnsi" w:cstheme="majorHAnsi"/>
          <w:b/>
          <w:bCs/>
          <w:sz w:val="20"/>
          <w:szCs w:val="20"/>
        </w:rPr>
        <w:t xml:space="preserve">4. WORK EXPERIENCE (Last </w:t>
      </w:r>
      <w:r w:rsidR="00D2562B" w:rsidRPr="001650CB">
        <w:rPr>
          <w:rFonts w:asciiTheme="majorHAnsi" w:hAnsiTheme="majorHAnsi" w:cstheme="majorHAnsi"/>
          <w:b/>
          <w:bCs/>
          <w:sz w:val="20"/>
          <w:szCs w:val="20"/>
        </w:rPr>
        <w:t>5 years</w:t>
      </w:r>
      <w:r w:rsidRPr="001650CB">
        <w:rPr>
          <w:rFonts w:asciiTheme="majorHAnsi" w:hAnsiTheme="majorHAnsi" w:cstheme="majorHAnsi"/>
          <w:b/>
          <w:bCs/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4"/>
        <w:gridCol w:w="5816"/>
      </w:tblGrid>
      <w:tr w:rsidR="001650CB" w:rsidRPr="001650CB" w14:paraId="273F4C4C" w14:textId="77777777" w:rsidTr="001650CB">
        <w:tc>
          <w:tcPr>
            <w:tcW w:w="4428" w:type="dxa"/>
          </w:tcPr>
          <w:p w14:paraId="4EF246BC" w14:textId="4BA1EC01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Company:</w:t>
            </w:r>
          </w:p>
        </w:tc>
        <w:tc>
          <w:tcPr>
            <w:tcW w:w="6120" w:type="dxa"/>
          </w:tcPr>
          <w:p w14:paraId="3F908B5D" w14:textId="0FD4D3D7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650CB" w:rsidRPr="001650CB" w14:paraId="08A200AA" w14:textId="77777777" w:rsidTr="001650CB">
        <w:tc>
          <w:tcPr>
            <w:tcW w:w="4428" w:type="dxa"/>
          </w:tcPr>
          <w:p w14:paraId="425ECD76" w14:textId="10BA9F4E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Country:</w:t>
            </w:r>
          </w:p>
        </w:tc>
        <w:tc>
          <w:tcPr>
            <w:tcW w:w="6120" w:type="dxa"/>
          </w:tcPr>
          <w:p w14:paraId="49FCF724" w14:textId="23CC268C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650CB" w:rsidRPr="001650CB" w14:paraId="361BE771" w14:textId="77777777" w:rsidTr="001650CB">
        <w:tc>
          <w:tcPr>
            <w:tcW w:w="4428" w:type="dxa"/>
          </w:tcPr>
          <w:p w14:paraId="4A003267" w14:textId="7CFBCB95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Years:</w:t>
            </w:r>
          </w:p>
        </w:tc>
        <w:tc>
          <w:tcPr>
            <w:tcW w:w="6120" w:type="dxa"/>
          </w:tcPr>
          <w:p w14:paraId="049A7F8D" w14:textId="27A95111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650CB" w:rsidRPr="001650CB" w14:paraId="7F15EE18" w14:textId="77777777" w:rsidTr="001650CB">
        <w:tc>
          <w:tcPr>
            <w:tcW w:w="4428" w:type="dxa"/>
          </w:tcPr>
          <w:p w14:paraId="678A9BC3" w14:textId="14BA2270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Position and m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ain tasks:</w:t>
            </w:r>
          </w:p>
        </w:tc>
        <w:tc>
          <w:tcPr>
            <w:tcW w:w="6120" w:type="dxa"/>
          </w:tcPr>
          <w:p w14:paraId="4B866D24" w14:textId="77777777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6BF29B60" w14:textId="24DC5613" w:rsidR="00E0099A" w:rsidRPr="001650CB" w:rsidRDefault="001650CB" w:rsidP="001650CB">
      <w:pPr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1650CB">
        <w:rPr>
          <w:rFonts w:asciiTheme="majorHAnsi" w:hAnsiTheme="majorHAnsi" w:cstheme="majorHAnsi"/>
          <w:b/>
          <w:bCs/>
          <w:sz w:val="20"/>
          <w:szCs w:val="20"/>
        </w:rPr>
        <w:t>5. TECHNICAL SKILLS (tick where applicable)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0"/>
        <w:gridCol w:w="5840"/>
      </w:tblGrid>
      <w:tr w:rsidR="00D2562B" w:rsidRPr="001650CB" w14:paraId="0C5C7E45" w14:textId="77777777" w:rsidTr="001650CB">
        <w:tc>
          <w:tcPr>
            <w:tcW w:w="4428" w:type="dxa"/>
          </w:tcPr>
          <w:p w14:paraId="3DFE2ECB" w14:textId="18574004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Drawing reading:</w:t>
            </w:r>
          </w:p>
        </w:tc>
        <w:tc>
          <w:tcPr>
            <w:tcW w:w="6120" w:type="dxa"/>
          </w:tcPr>
          <w:p w14:paraId="5B55F9C9" w14:textId="2465F884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Independent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Basic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No</w:t>
            </w:r>
          </w:p>
        </w:tc>
      </w:tr>
      <w:tr w:rsidR="00D2562B" w:rsidRPr="001650CB" w14:paraId="786BDD4D" w14:textId="77777777" w:rsidTr="001650CB">
        <w:tc>
          <w:tcPr>
            <w:tcW w:w="4428" w:type="dxa"/>
          </w:tcPr>
          <w:p w14:paraId="5364E645" w14:textId="5D171150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Welding process:</w:t>
            </w:r>
          </w:p>
        </w:tc>
        <w:tc>
          <w:tcPr>
            <w:tcW w:w="6120" w:type="dxa"/>
          </w:tcPr>
          <w:p w14:paraId="60E2D0A9" w14:textId="4DC65964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111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135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141</w:t>
            </w:r>
          </w:p>
        </w:tc>
      </w:tr>
      <w:tr w:rsidR="00D2562B" w:rsidRPr="001650CB" w14:paraId="282EA44D" w14:textId="77777777" w:rsidTr="001650CB">
        <w:tc>
          <w:tcPr>
            <w:tcW w:w="4428" w:type="dxa"/>
          </w:tcPr>
          <w:p w14:paraId="5D15C11E" w14:textId="26E8E6C2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Materials worked with:</w:t>
            </w:r>
          </w:p>
        </w:tc>
        <w:tc>
          <w:tcPr>
            <w:tcW w:w="6120" w:type="dxa"/>
          </w:tcPr>
          <w:p w14:paraId="269E7657" w14:textId="33CA849C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Carbon Steel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Stainless Steel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Both</w:t>
            </w:r>
          </w:p>
        </w:tc>
      </w:tr>
      <w:tr w:rsidR="00D2562B" w:rsidRPr="001650CB" w14:paraId="6C3833F3" w14:textId="77777777" w:rsidTr="001650CB">
        <w:tc>
          <w:tcPr>
            <w:tcW w:w="4428" w:type="dxa"/>
          </w:tcPr>
          <w:p w14:paraId="2061D665" w14:textId="2E9733AC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Other skills:</w:t>
            </w:r>
          </w:p>
        </w:tc>
        <w:tc>
          <w:tcPr>
            <w:tcW w:w="6120" w:type="dxa"/>
          </w:tcPr>
          <w:p w14:paraId="646AB1E9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A5681A7" w14:textId="414F938D" w:rsidR="00E0099A" w:rsidRPr="001650CB" w:rsidRDefault="001650CB" w:rsidP="001650CB">
      <w:pPr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1650CB">
        <w:rPr>
          <w:rFonts w:asciiTheme="majorHAnsi" w:hAnsiTheme="majorHAnsi" w:cstheme="majorHAnsi"/>
          <w:b/>
          <w:bCs/>
          <w:sz w:val="20"/>
          <w:szCs w:val="20"/>
        </w:rPr>
        <w:t>6. CERTIFICATES (</w:t>
      </w:r>
      <w:r w:rsidR="00D2562B" w:rsidRPr="001650CB">
        <w:rPr>
          <w:rFonts w:asciiTheme="majorHAnsi" w:hAnsiTheme="majorHAnsi" w:cstheme="majorHAnsi"/>
          <w:b/>
          <w:bCs/>
          <w:sz w:val="20"/>
          <w:szCs w:val="20"/>
        </w:rPr>
        <w:t>attach copy</w:t>
      </w:r>
      <w:r w:rsidRPr="001650CB">
        <w:rPr>
          <w:rFonts w:asciiTheme="majorHAnsi" w:hAnsiTheme="majorHAnsi" w:cstheme="majorHAnsi"/>
          <w:b/>
          <w:bCs/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1"/>
        <w:gridCol w:w="5819"/>
      </w:tblGrid>
      <w:tr w:rsidR="00D2562B" w:rsidRPr="001650CB" w14:paraId="775858CB" w14:textId="77777777" w:rsidTr="001650CB">
        <w:tc>
          <w:tcPr>
            <w:tcW w:w="4428" w:type="dxa"/>
          </w:tcPr>
          <w:p w14:paraId="1495E384" w14:textId="63DB61C8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Welding certificate</w:t>
            </w:r>
          </w:p>
        </w:tc>
        <w:tc>
          <w:tcPr>
            <w:tcW w:w="6120" w:type="dxa"/>
          </w:tcPr>
          <w:p w14:paraId="5545F1C1" w14:textId="6C9EF376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111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135    </w:t>
            </w:r>
            <w:r w:rsidRPr="001650CB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 xml:space="preserve"> 141</w:t>
            </w:r>
          </w:p>
        </w:tc>
      </w:tr>
      <w:tr w:rsidR="00D2562B" w:rsidRPr="001650CB" w14:paraId="7C11EA2E" w14:textId="77777777" w:rsidTr="001650CB">
        <w:tc>
          <w:tcPr>
            <w:tcW w:w="4428" w:type="dxa"/>
          </w:tcPr>
          <w:p w14:paraId="1353623A" w14:textId="74DC6D29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Occupational Safety Card</w:t>
            </w:r>
          </w:p>
        </w:tc>
        <w:tc>
          <w:tcPr>
            <w:tcW w:w="6120" w:type="dxa"/>
          </w:tcPr>
          <w:p w14:paraId="00EC15EE" w14:textId="5AB88489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Yes/no</w:t>
            </w:r>
          </w:p>
        </w:tc>
      </w:tr>
      <w:tr w:rsidR="00D2562B" w:rsidRPr="001650CB" w14:paraId="21AD7A14" w14:textId="77777777" w:rsidTr="001650CB">
        <w:tc>
          <w:tcPr>
            <w:tcW w:w="4428" w:type="dxa"/>
          </w:tcPr>
          <w:p w14:paraId="5651D2AF" w14:textId="371FC52A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Hot Work Card</w:t>
            </w:r>
          </w:p>
        </w:tc>
        <w:tc>
          <w:tcPr>
            <w:tcW w:w="6120" w:type="dxa"/>
          </w:tcPr>
          <w:p w14:paraId="1C0C5F37" w14:textId="31DDF070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Yes/no</w:t>
            </w:r>
          </w:p>
        </w:tc>
      </w:tr>
      <w:tr w:rsidR="00D2562B" w:rsidRPr="001650CB" w14:paraId="71566917" w14:textId="77777777" w:rsidTr="001650CB">
        <w:tc>
          <w:tcPr>
            <w:tcW w:w="4428" w:type="dxa"/>
          </w:tcPr>
          <w:p w14:paraId="1731147B" w14:textId="23775611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First Aid</w:t>
            </w:r>
          </w:p>
        </w:tc>
        <w:tc>
          <w:tcPr>
            <w:tcW w:w="6120" w:type="dxa"/>
          </w:tcPr>
          <w:p w14:paraId="50EB6389" w14:textId="6CB73D13" w:rsidR="00D2562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Yes/no</w:t>
            </w:r>
          </w:p>
        </w:tc>
      </w:tr>
      <w:tr w:rsidR="00D2562B" w:rsidRPr="001650CB" w14:paraId="650E56D6" w14:textId="77777777" w:rsidTr="001650CB">
        <w:tc>
          <w:tcPr>
            <w:tcW w:w="4428" w:type="dxa"/>
          </w:tcPr>
          <w:p w14:paraId="0CEC3A22" w14:textId="23475854" w:rsidR="00D2562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Other:</w:t>
            </w:r>
          </w:p>
        </w:tc>
        <w:tc>
          <w:tcPr>
            <w:tcW w:w="6120" w:type="dxa"/>
          </w:tcPr>
          <w:p w14:paraId="5D7ED06A" w14:textId="77777777" w:rsidR="00D2562B" w:rsidRPr="001650CB" w:rsidRDefault="00D2562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532AB54" w14:textId="71C8D991" w:rsidR="00E0099A" w:rsidRPr="001650CB" w:rsidRDefault="001650CB" w:rsidP="001650CB">
      <w:pPr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1650CB">
        <w:rPr>
          <w:rFonts w:asciiTheme="majorHAnsi" w:hAnsiTheme="majorHAnsi" w:cstheme="majorHAnsi"/>
          <w:b/>
          <w:bCs/>
          <w:sz w:val="20"/>
          <w:szCs w:val="20"/>
        </w:rPr>
        <w:t>7. AVAILABILITY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7"/>
        <w:gridCol w:w="5823"/>
      </w:tblGrid>
      <w:tr w:rsidR="001650CB" w:rsidRPr="001650CB" w14:paraId="45A87C4B" w14:textId="77777777" w:rsidTr="001650CB">
        <w:tc>
          <w:tcPr>
            <w:tcW w:w="4428" w:type="dxa"/>
          </w:tcPr>
          <w:p w14:paraId="2187DAD0" w14:textId="57D5AB96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Available from:</w:t>
            </w:r>
          </w:p>
        </w:tc>
        <w:tc>
          <w:tcPr>
            <w:tcW w:w="6120" w:type="dxa"/>
          </w:tcPr>
          <w:p w14:paraId="73E224BE" w14:textId="43D3D5EF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650CB" w:rsidRPr="001650CB" w14:paraId="0482E9CD" w14:textId="77777777" w:rsidTr="001650CB">
        <w:tc>
          <w:tcPr>
            <w:tcW w:w="4428" w:type="dxa"/>
          </w:tcPr>
          <w:p w14:paraId="6BB5190B" w14:textId="19E90DF9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Rotation preference:</w:t>
            </w:r>
          </w:p>
        </w:tc>
        <w:tc>
          <w:tcPr>
            <w:tcW w:w="6120" w:type="dxa"/>
          </w:tcPr>
          <w:p w14:paraId="1D8EA5FF" w14:textId="4772159C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650CB" w:rsidRPr="001650CB" w14:paraId="233E92E9" w14:textId="77777777" w:rsidTr="001650CB">
        <w:tc>
          <w:tcPr>
            <w:tcW w:w="4428" w:type="dxa"/>
          </w:tcPr>
          <w:p w14:paraId="2D501FDC" w14:textId="22C367BF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Driver’s license:</w:t>
            </w:r>
          </w:p>
        </w:tc>
        <w:tc>
          <w:tcPr>
            <w:tcW w:w="6120" w:type="dxa"/>
          </w:tcPr>
          <w:p w14:paraId="75E31236" w14:textId="4CAEF418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Yes/no</w:t>
            </w:r>
          </w:p>
        </w:tc>
      </w:tr>
      <w:tr w:rsidR="001650CB" w:rsidRPr="001650CB" w14:paraId="1C961C5B" w14:textId="77777777" w:rsidTr="001650CB">
        <w:tc>
          <w:tcPr>
            <w:tcW w:w="4428" w:type="dxa"/>
          </w:tcPr>
          <w:p w14:paraId="3296C0B3" w14:textId="6D4198DD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Own tools:</w:t>
            </w:r>
          </w:p>
        </w:tc>
        <w:tc>
          <w:tcPr>
            <w:tcW w:w="6120" w:type="dxa"/>
          </w:tcPr>
          <w:p w14:paraId="5C6B5483" w14:textId="6ED70FA9" w:rsidR="001650CB" w:rsidRPr="001650CB" w:rsidRDefault="001650CB" w:rsidP="00165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650CB">
              <w:rPr>
                <w:rFonts w:asciiTheme="majorHAnsi" w:hAnsiTheme="majorHAnsi" w:cstheme="majorHAnsi"/>
                <w:sz w:val="20"/>
                <w:szCs w:val="20"/>
              </w:rPr>
              <w:t>Yes/no</w:t>
            </w:r>
          </w:p>
        </w:tc>
      </w:tr>
    </w:tbl>
    <w:p w14:paraId="763B5312" w14:textId="4B80C985" w:rsidR="00E0099A" w:rsidRDefault="00E0099A" w:rsidP="00D2562B">
      <w:pPr>
        <w:spacing w:line="240" w:lineRule="auto"/>
      </w:pPr>
    </w:p>
    <w:sectPr w:rsidR="00E0099A" w:rsidSect="001650CB">
      <w:pgSz w:w="12240" w:h="15840"/>
      <w:pgMar w:top="720" w:right="720" w:bottom="187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1935050">
    <w:abstractNumId w:val="8"/>
  </w:num>
  <w:num w:numId="2" w16cid:durableId="1125656865">
    <w:abstractNumId w:val="6"/>
  </w:num>
  <w:num w:numId="3" w16cid:durableId="1073426306">
    <w:abstractNumId w:val="5"/>
  </w:num>
  <w:num w:numId="4" w16cid:durableId="1345865610">
    <w:abstractNumId w:val="4"/>
  </w:num>
  <w:num w:numId="5" w16cid:durableId="790826162">
    <w:abstractNumId w:val="7"/>
  </w:num>
  <w:num w:numId="6" w16cid:durableId="1610966320">
    <w:abstractNumId w:val="3"/>
  </w:num>
  <w:num w:numId="7" w16cid:durableId="2075856675">
    <w:abstractNumId w:val="2"/>
  </w:num>
  <w:num w:numId="8" w16cid:durableId="969746806">
    <w:abstractNumId w:val="1"/>
  </w:num>
  <w:num w:numId="9" w16cid:durableId="1484615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650CB"/>
    <w:rsid w:val="0029639D"/>
    <w:rsid w:val="00326F90"/>
    <w:rsid w:val="006061FC"/>
    <w:rsid w:val="00AA1D8D"/>
    <w:rsid w:val="00B47730"/>
    <w:rsid w:val="00CB0664"/>
    <w:rsid w:val="00D2562B"/>
    <w:rsid w:val="00E0099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92BC35"/>
  <w14:defaultImageDpi w14:val="300"/>
  <w15:docId w15:val="{9B8D4A68-C945-46D6-9178-2C00EC96E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Ari Toivola</cp:lastModifiedBy>
  <cp:revision>2</cp:revision>
  <dcterms:created xsi:type="dcterms:W3CDTF">2026-02-23T15:15:00Z</dcterms:created>
  <dcterms:modified xsi:type="dcterms:W3CDTF">2026-02-23T15:15:00Z</dcterms:modified>
  <cp:category/>
</cp:coreProperties>
</file>